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86"/>
        <w:gridCol w:w="765"/>
        <w:gridCol w:w="1997"/>
        <w:gridCol w:w="1999"/>
        <w:gridCol w:w="805"/>
        <w:gridCol w:w="2494"/>
      </w:tblGrid>
      <w:tr w:rsidR="00114EE1" w14:paraId="0D634FFA" w14:textId="77777777" w:rsidTr="00CE0765">
        <w:trPr>
          <w:jc w:val="center"/>
        </w:trPr>
        <w:tc>
          <w:tcPr>
            <w:tcW w:w="3370" w:type="dxa"/>
            <w:gridSpan w:val="2"/>
          </w:tcPr>
          <w:p w14:paraId="4A9BDA0B" w14:textId="77777777" w:rsidR="00114EE1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66BDC78" wp14:editId="42F59A3F">
                  <wp:extent cx="900000" cy="925352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4c4cd3e-ec64-4314-8cdb-0a2919db7f5b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25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6" w:type="dxa"/>
            <w:gridSpan w:val="2"/>
          </w:tcPr>
          <w:p w14:paraId="5808B069" w14:textId="77777777" w:rsidR="00114EE1" w:rsidRDefault="00000000">
            <w:pPr>
              <w:jc w:val="center"/>
            </w:pPr>
            <w:r>
              <w:rPr>
                <w:rFonts w:ascii="Georgia" w:hAnsi="Georgia"/>
                <w:b/>
                <w:color w:val="071D3B"/>
                <w:sz w:val="38"/>
              </w:rPr>
              <w:t>GASTROERASMUS 2027</w:t>
            </w:r>
            <w:r>
              <w:rPr>
                <w:b/>
                <w:color w:val="C69A2B"/>
                <w:sz w:val="17"/>
              </w:rPr>
              <w:br/>
              <w:t>4th INTERNATIONAL CULINARY COMPETITION</w:t>
            </w:r>
            <w:r>
              <w:rPr>
                <w:rFonts w:ascii="Georgia" w:hAnsi="Georgia"/>
                <w:b/>
                <w:color w:val="071D3B"/>
                <w:sz w:val="30"/>
              </w:rPr>
              <w:br/>
              <w:t>OFFICIAL RECIPE TEMPLATE</w:t>
            </w:r>
            <w:r>
              <w:rPr>
                <w:i/>
                <w:color w:val="C69A2B"/>
                <w:sz w:val="17"/>
              </w:rPr>
              <w:br/>
              <w:t>Taste the Future, Cook Beyond Borders.</w:t>
            </w:r>
          </w:p>
        </w:tc>
        <w:tc>
          <w:tcPr>
            <w:tcW w:w="3396" w:type="dxa"/>
            <w:gridSpan w:val="2"/>
          </w:tcPr>
          <w:p w14:paraId="606492DF" w14:textId="77777777" w:rsidR="00114EE1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32B34A2" wp14:editId="0B8F0B36">
                  <wp:extent cx="1116000" cy="101180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b108a63-7849-43b2-9544-609608f2da89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000" cy="1011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4EE1" w14:paraId="605DF86B" w14:textId="77777777" w:rsidTr="00CE0765">
        <w:tblPrEx>
          <w:tblBorders>
            <w:top w:val="single" w:sz="5" w:space="0" w:color="C69A2B"/>
            <w:left w:val="single" w:sz="5" w:space="0" w:color="C69A2B"/>
            <w:bottom w:val="single" w:sz="5" w:space="0" w:color="C69A2B"/>
            <w:right w:val="single" w:sz="5" w:space="0" w:color="C69A2B"/>
            <w:insideH w:val="single" w:sz="5" w:space="0" w:color="C69A2B"/>
            <w:insideV w:val="single" w:sz="5" w:space="0" w:color="C69A2B"/>
          </w:tblBorders>
        </w:tblPrEx>
        <w:trPr>
          <w:trHeight w:val="567"/>
          <w:jc w:val="center"/>
        </w:trPr>
        <w:tc>
          <w:tcPr>
            <w:tcW w:w="2554" w:type="dxa"/>
            <w:shd w:val="clear" w:color="auto" w:fill="F6F2E8"/>
            <w:vAlign w:val="center"/>
          </w:tcPr>
          <w:p w14:paraId="35FFF0EE" w14:textId="77777777" w:rsidR="00114EE1" w:rsidRDefault="00000000">
            <w:r>
              <w:rPr>
                <w:b/>
                <w:color w:val="071D3B"/>
                <w:sz w:val="15"/>
              </w:rPr>
              <w:t>Competition Category</w:t>
            </w:r>
          </w:p>
        </w:tc>
        <w:tc>
          <w:tcPr>
            <w:tcW w:w="2813" w:type="dxa"/>
            <w:gridSpan w:val="2"/>
            <w:vAlign w:val="center"/>
          </w:tcPr>
          <w:p w14:paraId="36CA9C66" w14:textId="77777777" w:rsidR="00114EE1" w:rsidRDefault="00000000">
            <w:r>
              <w:rPr>
                <w:color w:val="202A35"/>
                <w:sz w:val="15"/>
              </w:rPr>
              <w:t>☐ JP1  ☐ JP2  ☐ JP3  ☐ JP4  ☐ SP1  ☐ SP2</w:t>
            </w:r>
          </w:p>
        </w:tc>
        <w:tc>
          <w:tcPr>
            <w:tcW w:w="2837" w:type="dxa"/>
            <w:gridSpan w:val="2"/>
            <w:shd w:val="clear" w:color="auto" w:fill="F6F2E8"/>
            <w:vAlign w:val="center"/>
          </w:tcPr>
          <w:p w14:paraId="15DEC8E7" w14:textId="77777777" w:rsidR="00114EE1" w:rsidRDefault="00000000">
            <w:r>
              <w:rPr>
                <w:b/>
                <w:color w:val="071D3B"/>
                <w:sz w:val="15"/>
              </w:rPr>
              <w:t>Country</w:t>
            </w:r>
          </w:p>
        </w:tc>
        <w:tc>
          <w:tcPr>
            <w:tcW w:w="2558" w:type="dxa"/>
            <w:vAlign w:val="center"/>
          </w:tcPr>
          <w:p w14:paraId="1ECE0336" w14:textId="77777777" w:rsidR="00114EE1" w:rsidRDefault="00114EE1"/>
        </w:tc>
      </w:tr>
      <w:tr w:rsidR="00114EE1" w14:paraId="11A9C759" w14:textId="77777777" w:rsidTr="00CE0765">
        <w:tblPrEx>
          <w:tblBorders>
            <w:top w:val="single" w:sz="5" w:space="0" w:color="C69A2B"/>
            <w:left w:val="single" w:sz="5" w:space="0" w:color="C69A2B"/>
            <w:bottom w:val="single" w:sz="5" w:space="0" w:color="C69A2B"/>
            <w:right w:val="single" w:sz="5" w:space="0" w:color="C69A2B"/>
            <w:insideH w:val="single" w:sz="5" w:space="0" w:color="C69A2B"/>
            <w:insideV w:val="single" w:sz="5" w:space="0" w:color="C69A2B"/>
          </w:tblBorders>
        </w:tblPrEx>
        <w:trPr>
          <w:trHeight w:val="567"/>
          <w:jc w:val="center"/>
        </w:trPr>
        <w:tc>
          <w:tcPr>
            <w:tcW w:w="2554" w:type="dxa"/>
            <w:shd w:val="clear" w:color="auto" w:fill="F6F2E8"/>
            <w:vAlign w:val="center"/>
          </w:tcPr>
          <w:p w14:paraId="10101DDB" w14:textId="77777777" w:rsidR="00114EE1" w:rsidRDefault="00000000">
            <w:r>
              <w:rPr>
                <w:b/>
                <w:color w:val="071D3B"/>
                <w:sz w:val="15"/>
              </w:rPr>
              <w:t>School / Institution</w:t>
            </w:r>
          </w:p>
        </w:tc>
        <w:tc>
          <w:tcPr>
            <w:tcW w:w="2813" w:type="dxa"/>
            <w:gridSpan w:val="2"/>
            <w:vAlign w:val="center"/>
          </w:tcPr>
          <w:p w14:paraId="55560D22" w14:textId="77777777" w:rsidR="00114EE1" w:rsidRDefault="00114EE1"/>
        </w:tc>
        <w:tc>
          <w:tcPr>
            <w:tcW w:w="2837" w:type="dxa"/>
            <w:gridSpan w:val="2"/>
            <w:shd w:val="clear" w:color="auto" w:fill="F6F2E8"/>
            <w:vAlign w:val="center"/>
          </w:tcPr>
          <w:p w14:paraId="6142C27E" w14:textId="77777777" w:rsidR="00114EE1" w:rsidRDefault="00000000">
            <w:r>
              <w:rPr>
                <w:b/>
                <w:color w:val="071D3B"/>
                <w:sz w:val="15"/>
              </w:rPr>
              <w:t>Competitor / Team Name</w:t>
            </w:r>
          </w:p>
        </w:tc>
        <w:tc>
          <w:tcPr>
            <w:tcW w:w="2558" w:type="dxa"/>
            <w:vAlign w:val="center"/>
          </w:tcPr>
          <w:p w14:paraId="592C4040" w14:textId="77777777" w:rsidR="00114EE1" w:rsidRDefault="00114EE1"/>
        </w:tc>
      </w:tr>
      <w:tr w:rsidR="00114EE1" w14:paraId="08CA4A63" w14:textId="77777777" w:rsidTr="00CE0765">
        <w:tblPrEx>
          <w:tblBorders>
            <w:top w:val="single" w:sz="5" w:space="0" w:color="C69A2B"/>
            <w:left w:val="single" w:sz="5" w:space="0" w:color="C69A2B"/>
            <w:bottom w:val="single" w:sz="5" w:space="0" w:color="C69A2B"/>
            <w:right w:val="single" w:sz="5" w:space="0" w:color="C69A2B"/>
            <w:insideH w:val="single" w:sz="5" w:space="0" w:color="C69A2B"/>
            <w:insideV w:val="single" w:sz="5" w:space="0" w:color="C69A2B"/>
          </w:tblBorders>
        </w:tblPrEx>
        <w:trPr>
          <w:trHeight w:val="567"/>
          <w:jc w:val="center"/>
        </w:trPr>
        <w:tc>
          <w:tcPr>
            <w:tcW w:w="2554" w:type="dxa"/>
            <w:shd w:val="clear" w:color="auto" w:fill="F6F2E8"/>
            <w:vAlign w:val="center"/>
          </w:tcPr>
          <w:p w14:paraId="39514A9E" w14:textId="77777777" w:rsidR="00114EE1" w:rsidRDefault="00000000">
            <w:r>
              <w:rPr>
                <w:b/>
                <w:color w:val="071D3B"/>
                <w:sz w:val="15"/>
              </w:rPr>
              <w:t>Dish Name</w:t>
            </w:r>
          </w:p>
        </w:tc>
        <w:tc>
          <w:tcPr>
            <w:tcW w:w="2813" w:type="dxa"/>
            <w:gridSpan w:val="2"/>
            <w:vAlign w:val="center"/>
          </w:tcPr>
          <w:p w14:paraId="7EA86C75" w14:textId="77777777" w:rsidR="00114EE1" w:rsidRDefault="00114EE1"/>
        </w:tc>
        <w:tc>
          <w:tcPr>
            <w:tcW w:w="2837" w:type="dxa"/>
            <w:gridSpan w:val="2"/>
            <w:shd w:val="clear" w:color="auto" w:fill="F6F2E8"/>
            <w:vAlign w:val="center"/>
          </w:tcPr>
          <w:p w14:paraId="1E55B546" w14:textId="77777777" w:rsidR="00114EE1" w:rsidRDefault="00000000">
            <w:r>
              <w:rPr>
                <w:b/>
                <w:color w:val="071D3B"/>
                <w:sz w:val="15"/>
              </w:rPr>
              <w:t>Course</w:t>
            </w:r>
          </w:p>
        </w:tc>
        <w:tc>
          <w:tcPr>
            <w:tcW w:w="2558" w:type="dxa"/>
            <w:vAlign w:val="center"/>
          </w:tcPr>
          <w:p w14:paraId="59180024" w14:textId="77777777" w:rsidR="00114EE1" w:rsidRDefault="00000000">
            <w:r>
              <w:rPr>
                <w:color w:val="202A35"/>
                <w:sz w:val="15"/>
              </w:rPr>
              <w:t>☐ Starter  ☐ Main Course  ☐ Dessert</w:t>
            </w:r>
          </w:p>
        </w:tc>
      </w:tr>
    </w:tbl>
    <w:p w14:paraId="3E9A9CAC" w14:textId="77777777" w:rsidR="00114EE1" w:rsidRDefault="00000000">
      <w:pPr>
        <w:spacing w:before="60" w:after="60"/>
      </w:pPr>
      <w:r>
        <w:rPr>
          <w:b/>
          <w:color w:val="C69A2B"/>
        </w:rPr>
        <w:t xml:space="preserve">IMPORTANT: </w:t>
      </w:r>
      <w:r>
        <w:t>List all ingredients, exact quantities and units. The submitted recipe must correspond to the competition dish.</w:t>
      </w:r>
    </w:p>
    <w:p w14:paraId="4C794727" w14:textId="77777777" w:rsidR="00114EE1" w:rsidRDefault="00000000">
      <w:pPr>
        <w:spacing w:before="80" w:after="40"/>
      </w:pPr>
      <w:r>
        <w:rPr>
          <w:b/>
          <w:color w:val="071D3B"/>
          <w:sz w:val="20"/>
        </w:rPr>
        <w:t>INGREDIENTS</w:t>
      </w:r>
    </w:p>
    <w:tbl>
      <w:tblPr>
        <w:tblW w:w="0" w:type="auto"/>
        <w:tblBorders>
          <w:top w:val="single" w:sz="5" w:space="0" w:color="C69A2B"/>
          <w:left w:val="single" w:sz="5" w:space="0" w:color="C69A2B"/>
          <w:bottom w:val="single" w:sz="5" w:space="0" w:color="C69A2B"/>
          <w:right w:val="single" w:sz="5" w:space="0" w:color="C69A2B"/>
          <w:insideH w:val="single" w:sz="5" w:space="0" w:color="C69A2B"/>
          <w:insideV w:val="single" w:sz="5" w:space="0" w:color="C69A2B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134"/>
        <w:gridCol w:w="1701"/>
        <w:gridCol w:w="6237"/>
      </w:tblGrid>
      <w:tr w:rsidR="00CE0765" w14:paraId="2D467FF9" w14:textId="795C5FAE" w:rsidTr="00CE0765">
        <w:tc>
          <w:tcPr>
            <w:tcW w:w="4503" w:type="dxa"/>
            <w:gridSpan w:val="3"/>
            <w:shd w:val="clear" w:color="auto" w:fill="071D3B"/>
            <w:vAlign w:val="center"/>
          </w:tcPr>
          <w:p w14:paraId="6F911E5B" w14:textId="77777777" w:rsidR="00CE0765" w:rsidRDefault="00CE0765" w:rsidP="000B7744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INGREDIENTS</w:t>
            </w:r>
          </w:p>
        </w:tc>
        <w:tc>
          <w:tcPr>
            <w:tcW w:w="6237" w:type="dxa"/>
            <w:shd w:val="clear" w:color="auto" w:fill="071D3B"/>
          </w:tcPr>
          <w:p w14:paraId="67CF93CA" w14:textId="787203A3" w:rsidR="00CE0765" w:rsidRDefault="00CE0765" w:rsidP="000B7744">
            <w:pPr>
              <w:spacing w:after="0"/>
              <w:jc w:val="center"/>
              <w:rPr>
                <w:b/>
                <w:color w:val="FFFFFF"/>
                <w:sz w:val="15"/>
              </w:rPr>
            </w:pPr>
            <w:r>
              <w:rPr>
                <w:b/>
                <w:color w:val="FFFFFF"/>
                <w:sz w:val="15"/>
              </w:rPr>
              <w:t>METHOD / PREPARATION</w:t>
            </w:r>
          </w:p>
        </w:tc>
      </w:tr>
      <w:tr w:rsidR="00CE0765" w14:paraId="576851D8" w14:textId="216596B5" w:rsidTr="00CE0765">
        <w:tc>
          <w:tcPr>
            <w:tcW w:w="1668" w:type="dxa"/>
            <w:shd w:val="clear" w:color="auto" w:fill="FFFFFF"/>
            <w:vAlign w:val="center"/>
          </w:tcPr>
          <w:p w14:paraId="04A83121" w14:textId="77777777" w:rsidR="00CE0765" w:rsidRDefault="00CE0765" w:rsidP="000B7744">
            <w:pPr>
              <w:spacing w:after="0"/>
              <w:jc w:val="center"/>
            </w:pPr>
            <w:r>
              <w:rPr>
                <w:b/>
                <w:color w:val="C69A2B"/>
                <w:sz w:val="12"/>
              </w:rPr>
              <w:t>INGREDIENT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3715EE8" w14:textId="77777777" w:rsidR="00CE0765" w:rsidRDefault="00CE0765" w:rsidP="000B7744">
            <w:pPr>
              <w:spacing w:after="0"/>
              <w:jc w:val="center"/>
            </w:pPr>
            <w:r>
              <w:rPr>
                <w:b/>
                <w:color w:val="C69A2B"/>
                <w:sz w:val="12"/>
              </w:rPr>
              <w:t>QTY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F52D2A7" w14:textId="77777777" w:rsidR="00CE0765" w:rsidRDefault="00CE0765" w:rsidP="000B7744">
            <w:pPr>
              <w:spacing w:after="0"/>
              <w:jc w:val="center"/>
            </w:pPr>
            <w:r>
              <w:rPr>
                <w:b/>
                <w:color w:val="C69A2B"/>
                <w:sz w:val="12"/>
              </w:rPr>
              <w:t>UNIT</w:t>
            </w:r>
          </w:p>
        </w:tc>
        <w:tc>
          <w:tcPr>
            <w:tcW w:w="6237" w:type="dxa"/>
            <w:vMerge w:val="restart"/>
            <w:shd w:val="clear" w:color="auto" w:fill="FFFFFF"/>
          </w:tcPr>
          <w:p w14:paraId="51536DED" w14:textId="77777777" w:rsidR="00CE0765" w:rsidRDefault="00CE0765" w:rsidP="000B7744">
            <w:pPr>
              <w:spacing w:after="0"/>
              <w:jc w:val="center"/>
              <w:rPr>
                <w:b/>
                <w:color w:val="C69A2B"/>
                <w:sz w:val="12"/>
              </w:rPr>
            </w:pPr>
          </w:p>
        </w:tc>
      </w:tr>
      <w:tr w:rsidR="00CE0765" w14:paraId="3E92FD8E" w14:textId="08AD0494" w:rsidTr="00CE0765">
        <w:trPr>
          <w:trHeight w:val="420"/>
        </w:trPr>
        <w:tc>
          <w:tcPr>
            <w:tcW w:w="1668" w:type="dxa"/>
            <w:vAlign w:val="center"/>
          </w:tcPr>
          <w:p w14:paraId="5818AB00" w14:textId="77777777" w:rsidR="00CE0765" w:rsidRDefault="00CE0765" w:rsidP="000B7744">
            <w:pPr>
              <w:spacing w:after="0"/>
            </w:pPr>
          </w:p>
        </w:tc>
        <w:tc>
          <w:tcPr>
            <w:tcW w:w="1134" w:type="dxa"/>
            <w:vAlign w:val="center"/>
          </w:tcPr>
          <w:p w14:paraId="45650F8B" w14:textId="77777777" w:rsidR="00CE0765" w:rsidRDefault="00CE0765" w:rsidP="000B7744">
            <w:pPr>
              <w:spacing w:after="0"/>
            </w:pPr>
          </w:p>
        </w:tc>
        <w:tc>
          <w:tcPr>
            <w:tcW w:w="1701" w:type="dxa"/>
            <w:vAlign w:val="center"/>
          </w:tcPr>
          <w:p w14:paraId="51121A97" w14:textId="77777777" w:rsidR="00CE0765" w:rsidRDefault="00CE0765" w:rsidP="000B7744">
            <w:pPr>
              <w:spacing w:after="0"/>
            </w:pPr>
          </w:p>
        </w:tc>
        <w:tc>
          <w:tcPr>
            <w:tcW w:w="6237" w:type="dxa"/>
            <w:vMerge/>
          </w:tcPr>
          <w:p w14:paraId="70954F52" w14:textId="77777777" w:rsidR="00CE0765" w:rsidRDefault="00CE0765" w:rsidP="000B7744">
            <w:pPr>
              <w:spacing w:after="0"/>
            </w:pPr>
          </w:p>
        </w:tc>
      </w:tr>
      <w:tr w:rsidR="00CE0765" w14:paraId="4620741E" w14:textId="2B10E76A" w:rsidTr="00CE0765">
        <w:trPr>
          <w:trHeight w:val="420"/>
        </w:trPr>
        <w:tc>
          <w:tcPr>
            <w:tcW w:w="1668" w:type="dxa"/>
            <w:vAlign w:val="center"/>
          </w:tcPr>
          <w:p w14:paraId="2815FD3D" w14:textId="77777777" w:rsidR="00CE0765" w:rsidRDefault="00CE0765" w:rsidP="000B7744">
            <w:pPr>
              <w:spacing w:after="0"/>
            </w:pPr>
          </w:p>
        </w:tc>
        <w:tc>
          <w:tcPr>
            <w:tcW w:w="1134" w:type="dxa"/>
            <w:vAlign w:val="center"/>
          </w:tcPr>
          <w:p w14:paraId="6EA0E007" w14:textId="77777777" w:rsidR="00CE0765" w:rsidRDefault="00CE0765" w:rsidP="000B7744">
            <w:pPr>
              <w:spacing w:after="0"/>
            </w:pPr>
          </w:p>
        </w:tc>
        <w:tc>
          <w:tcPr>
            <w:tcW w:w="1701" w:type="dxa"/>
            <w:vAlign w:val="center"/>
          </w:tcPr>
          <w:p w14:paraId="2CBF68B3" w14:textId="77777777" w:rsidR="00CE0765" w:rsidRDefault="00CE0765" w:rsidP="000B7744">
            <w:pPr>
              <w:spacing w:after="0"/>
            </w:pPr>
          </w:p>
        </w:tc>
        <w:tc>
          <w:tcPr>
            <w:tcW w:w="6237" w:type="dxa"/>
            <w:vMerge/>
          </w:tcPr>
          <w:p w14:paraId="428A9344" w14:textId="77777777" w:rsidR="00CE0765" w:rsidRDefault="00CE0765" w:rsidP="000B7744">
            <w:pPr>
              <w:spacing w:after="0"/>
            </w:pPr>
          </w:p>
        </w:tc>
      </w:tr>
      <w:tr w:rsidR="00CE0765" w14:paraId="0850A041" w14:textId="594075A9" w:rsidTr="00CE0765">
        <w:trPr>
          <w:trHeight w:val="420"/>
        </w:trPr>
        <w:tc>
          <w:tcPr>
            <w:tcW w:w="1668" w:type="dxa"/>
            <w:vAlign w:val="center"/>
          </w:tcPr>
          <w:p w14:paraId="66137B9D" w14:textId="77777777" w:rsidR="00CE0765" w:rsidRDefault="00CE0765" w:rsidP="000B7744">
            <w:pPr>
              <w:spacing w:after="0"/>
            </w:pPr>
          </w:p>
        </w:tc>
        <w:tc>
          <w:tcPr>
            <w:tcW w:w="1134" w:type="dxa"/>
            <w:vAlign w:val="center"/>
          </w:tcPr>
          <w:p w14:paraId="147A1246" w14:textId="77777777" w:rsidR="00CE0765" w:rsidRDefault="00CE0765" w:rsidP="000B7744">
            <w:pPr>
              <w:spacing w:after="0"/>
            </w:pPr>
          </w:p>
        </w:tc>
        <w:tc>
          <w:tcPr>
            <w:tcW w:w="1701" w:type="dxa"/>
            <w:vAlign w:val="center"/>
          </w:tcPr>
          <w:p w14:paraId="2A1BD1E9" w14:textId="77777777" w:rsidR="00CE0765" w:rsidRDefault="00CE0765" w:rsidP="000B7744">
            <w:pPr>
              <w:spacing w:after="0"/>
            </w:pPr>
          </w:p>
        </w:tc>
        <w:tc>
          <w:tcPr>
            <w:tcW w:w="6237" w:type="dxa"/>
            <w:vMerge/>
          </w:tcPr>
          <w:p w14:paraId="18EECC0F" w14:textId="77777777" w:rsidR="00CE0765" w:rsidRDefault="00CE0765" w:rsidP="000B7744">
            <w:pPr>
              <w:spacing w:after="0"/>
            </w:pPr>
          </w:p>
        </w:tc>
      </w:tr>
      <w:tr w:rsidR="00CE0765" w14:paraId="7A9C9A0F" w14:textId="1C171200" w:rsidTr="00CE0765">
        <w:trPr>
          <w:trHeight w:val="420"/>
        </w:trPr>
        <w:tc>
          <w:tcPr>
            <w:tcW w:w="1668" w:type="dxa"/>
            <w:vAlign w:val="center"/>
          </w:tcPr>
          <w:p w14:paraId="18209177" w14:textId="77777777" w:rsidR="00CE0765" w:rsidRDefault="00CE0765" w:rsidP="000B7744">
            <w:pPr>
              <w:spacing w:after="0"/>
            </w:pPr>
          </w:p>
        </w:tc>
        <w:tc>
          <w:tcPr>
            <w:tcW w:w="1134" w:type="dxa"/>
            <w:vAlign w:val="center"/>
          </w:tcPr>
          <w:p w14:paraId="34795062" w14:textId="77777777" w:rsidR="00CE0765" w:rsidRDefault="00CE0765" w:rsidP="000B7744">
            <w:pPr>
              <w:spacing w:after="0"/>
            </w:pPr>
          </w:p>
        </w:tc>
        <w:tc>
          <w:tcPr>
            <w:tcW w:w="1701" w:type="dxa"/>
            <w:vAlign w:val="center"/>
          </w:tcPr>
          <w:p w14:paraId="2D0D8463" w14:textId="77777777" w:rsidR="00CE0765" w:rsidRDefault="00CE0765" w:rsidP="000B7744">
            <w:pPr>
              <w:spacing w:after="0"/>
            </w:pPr>
          </w:p>
        </w:tc>
        <w:tc>
          <w:tcPr>
            <w:tcW w:w="6237" w:type="dxa"/>
            <w:vMerge/>
          </w:tcPr>
          <w:p w14:paraId="3C1A4678" w14:textId="77777777" w:rsidR="00CE0765" w:rsidRDefault="00CE0765" w:rsidP="000B7744">
            <w:pPr>
              <w:spacing w:after="0"/>
            </w:pPr>
          </w:p>
        </w:tc>
      </w:tr>
      <w:tr w:rsidR="00CE0765" w14:paraId="13308E10" w14:textId="570E3379" w:rsidTr="00CE0765">
        <w:trPr>
          <w:trHeight w:val="420"/>
        </w:trPr>
        <w:tc>
          <w:tcPr>
            <w:tcW w:w="1668" w:type="dxa"/>
            <w:vAlign w:val="center"/>
          </w:tcPr>
          <w:p w14:paraId="64CF3851" w14:textId="77777777" w:rsidR="00CE0765" w:rsidRDefault="00CE0765" w:rsidP="000B7744">
            <w:pPr>
              <w:spacing w:after="0"/>
            </w:pPr>
          </w:p>
        </w:tc>
        <w:tc>
          <w:tcPr>
            <w:tcW w:w="1134" w:type="dxa"/>
            <w:vAlign w:val="center"/>
          </w:tcPr>
          <w:p w14:paraId="7CB079D4" w14:textId="77777777" w:rsidR="00CE0765" w:rsidRDefault="00CE0765" w:rsidP="000B7744">
            <w:pPr>
              <w:spacing w:after="0"/>
            </w:pPr>
          </w:p>
        </w:tc>
        <w:tc>
          <w:tcPr>
            <w:tcW w:w="1701" w:type="dxa"/>
            <w:vAlign w:val="center"/>
          </w:tcPr>
          <w:p w14:paraId="193EA444" w14:textId="77777777" w:rsidR="00CE0765" w:rsidRDefault="00CE0765" w:rsidP="000B7744">
            <w:pPr>
              <w:spacing w:after="0"/>
            </w:pPr>
          </w:p>
        </w:tc>
        <w:tc>
          <w:tcPr>
            <w:tcW w:w="6237" w:type="dxa"/>
            <w:vMerge/>
          </w:tcPr>
          <w:p w14:paraId="56D9868B" w14:textId="77777777" w:rsidR="00CE0765" w:rsidRDefault="00CE0765" w:rsidP="000B7744">
            <w:pPr>
              <w:spacing w:after="0"/>
            </w:pPr>
          </w:p>
        </w:tc>
      </w:tr>
      <w:tr w:rsidR="00CE0765" w14:paraId="47769600" w14:textId="720B5750" w:rsidTr="00CE0765">
        <w:trPr>
          <w:trHeight w:val="420"/>
        </w:trPr>
        <w:tc>
          <w:tcPr>
            <w:tcW w:w="1668" w:type="dxa"/>
            <w:vAlign w:val="center"/>
          </w:tcPr>
          <w:p w14:paraId="48C6A89F" w14:textId="77777777" w:rsidR="00CE0765" w:rsidRDefault="00CE0765" w:rsidP="000B7744">
            <w:pPr>
              <w:spacing w:after="0"/>
            </w:pPr>
          </w:p>
        </w:tc>
        <w:tc>
          <w:tcPr>
            <w:tcW w:w="1134" w:type="dxa"/>
            <w:vAlign w:val="center"/>
          </w:tcPr>
          <w:p w14:paraId="083FA712" w14:textId="77777777" w:rsidR="00CE0765" w:rsidRDefault="00CE0765" w:rsidP="000B7744">
            <w:pPr>
              <w:spacing w:after="0"/>
            </w:pPr>
          </w:p>
        </w:tc>
        <w:tc>
          <w:tcPr>
            <w:tcW w:w="1701" w:type="dxa"/>
            <w:vAlign w:val="center"/>
          </w:tcPr>
          <w:p w14:paraId="0CF8FFB6" w14:textId="77777777" w:rsidR="00CE0765" w:rsidRDefault="00CE0765" w:rsidP="000B7744">
            <w:pPr>
              <w:spacing w:after="0"/>
            </w:pPr>
          </w:p>
        </w:tc>
        <w:tc>
          <w:tcPr>
            <w:tcW w:w="6237" w:type="dxa"/>
            <w:vMerge/>
          </w:tcPr>
          <w:p w14:paraId="38218994" w14:textId="77777777" w:rsidR="00CE0765" w:rsidRDefault="00CE0765" w:rsidP="000B7744">
            <w:pPr>
              <w:spacing w:after="0"/>
            </w:pPr>
          </w:p>
        </w:tc>
      </w:tr>
      <w:tr w:rsidR="00CE0765" w14:paraId="08E14653" w14:textId="79A7D3CB" w:rsidTr="00CE0765">
        <w:trPr>
          <w:trHeight w:val="420"/>
        </w:trPr>
        <w:tc>
          <w:tcPr>
            <w:tcW w:w="1668" w:type="dxa"/>
            <w:vAlign w:val="center"/>
          </w:tcPr>
          <w:p w14:paraId="2B655046" w14:textId="77777777" w:rsidR="00CE0765" w:rsidRDefault="00CE0765" w:rsidP="000B7744">
            <w:pPr>
              <w:spacing w:after="0"/>
            </w:pPr>
          </w:p>
        </w:tc>
        <w:tc>
          <w:tcPr>
            <w:tcW w:w="1134" w:type="dxa"/>
            <w:vAlign w:val="center"/>
          </w:tcPr>
          <w:p w14:paraId="68C551D6" w14:textId="77777777" w:rsidR="00CE0765" w:rsidRDefault="00CE0765" w:rsidP="000B7744">
            <w:pPr>
              <w:spacing w:after="0"/>
            </w:pPr>
          </w:p>
        </w:tc>
        <w:tc>
          <w:tcPr>
            <w:tcW w:w="1701" w:type="dxa"/>
            <w:vAlign w:val="center"/>
          </w:tcPr>
          <w:p w14:paraId="74E178B9" w14:textId="77777777" w:rsidR="00CE0765" w:rsidRDefault="00CE0765" w:rsidP="000B7744">
            <w:pPr>
              <w:spacing w:after="0"/>
            </w:pPr>
          </w:p>
        </w:tc>
        <w:tc>
          <w:tcPr>
            <w:tcW w:w="6237" w:type="dxa"/>
            <w:vMerge/>
          </w:tcPr>
          <w:p w14:paraId="36751B91" w14:textId="77777777" w:rsidR="00CE0765" w:rsidRDefault="00CE0765" w:rsidP="000B7744">
            <w:pPr>
              <w:spacing w:after="0"/>
            </w:pPr>
          </w:p>
        </w:tc>
      </w:tr>
      <w:tr w:rsidR="00CE0765" w14:paraId="6FF8D202" w14:textId="45AF573A" w:rsidTr="00CE0765">
        <w:trPr>
          <w:trHeight w:val="420"/>
        </w:trPr>
        <w:tc>
          <w:tcPr>
            <w:tcW w:w="1668" w:type="dxa"/>
            <w:vAlign w:val="center"/>
          </w:tcPr>
          <w:p w14:paraId="45538E08" w14:textId="77777777" w:rsidR="00CE0765" w:rsidRDefault="00CE0765" w:rsidP="000B7744">
            <w:pPr>
              <w:spacing w:after="0"/>
            </w:pPr>
          </w:p>
        </w:tc>
        <w:tc>
          <w:tcPr>
            <w:tcW w:w="1134" w:type="dxa"/>
            <w:vAlign w:val="center"/>
          </w:tcPr>
          <w:p w14:paraId="317CA55E" w14:textId="77777777" w:rsidR="00CE0765" w:rsidRDefault="00CE0765" w:rsidP="000B7744">
            <w:pPr>
              <w:spacing w:after="0"/>
            </w:pPr>
          </w:p>
        </w:tc>
        <w:tc>
          <w:tcPr>
            <w:tcW w:w="1701" w:type="dxa"/>
            <w:vAlign w:val="center"/>
          </w:tcPr>
          <w:p w14:paraId="15E0E689" w14:textId="77777777" w:rsidR="00CE0765" w:rsidRDefault="00CE0765" w:rsidP="000B7744">
            <w:pPr>
              <w:spacing w:after="0"/>
            </w:pPr>
          </w:p>
        </w:tc>
        <w:tc>
          <w:tcPr>
            <w:tcW w:w="6237" w:type="dxa"/>
            <w:vMerge/>
          </w:tcPr>
          <w:p w14:paraId="72B225D5" w14:textId="77777777" w:rsidR="00CE0765" w:rsidRDefault="00CE0765" w:rsidP="000B7744">
            <w:pPr>
              <w:spacing w:after="0"/>
            </w:pPr>
          </w:p>
        </w:tc>
      </w:tr>
      <w:tr w:rsidR="00CE0765" w14:paraId="4891CC32" w14:textId="37624D72" w:rsidTr="00CE0765">
        <w:trPr>
          <w:trHeight w:val="420"/>
        </w:trPr>
        <w:tc>
          <w:tcPr>
            <w:tcW w:w="1668" w:type="dxa"/>
            <w:vAlign w:val="center"/>
          </w:tcPr>
          <w:p w14:paraId="379D986E" w14:textId="77777777" w:rsidR="00CE0765" w:rsidRDefault="00CE0765" w:rsidP="000B7744">
            <w:pPr>
              <w:spacing w:after="0"/>
            </w:pPr>
          </w:p>
        </w:tc>
        <w:tc>
          <w:tcPr>
            <w:tcW w:w="1134" w:type="dxa"/>
            <w:vAlign w:val="center"/>
          </w:tcPr>
          <w:p w14:paraId="33ED779F" w14:textId="77777777" w:rsidR="00CE0765" w:rsidRDefault="00CE0765" w:rsidP="000B7744">
            <w:pPr>
              <w:spacing w:after="0"/>
            </w:pPr>
          </w:p>
        </w:tc>
        <w:tc>
          <w:tcPr>
            <w:tcW w:w="1701" w:type="dxa"/>
            <w:vAlign w:val="center"/>
          </w:tcPr>
          <w:p w14:paraId="3812E96D" w14:textId="77777777" w:rsidR="00CE0765" w:rsidRDefault="00CE0765" w:rsidP="000B7744">
            <w:pPr>
              <w:spacing w:after="0"/>
            </w:pPr>
          </w:p>
        </w:tc>
        <w:tc>
          <w:tcPr>
            <w:tcW w:w="6237" w:type="dxa"/>
            <w:vMerge/>
          </w:tcPr>
          <w:p w14:paraId="5141EC00" w14:textId="77777777" w:rsidR="00CE0765" w:rsidRDefault="00CE0765" w:rsidP="000B7744">
            <w:pPr>
              <w:spacing w:after="0"/>
            </w:pPr>
          </w:p>
        </w:tc>
      </w:tr>
      <w:tr w:rsidR="00CE0765" w14:paraId="78BF438B" w14:textId="690790D1" w:rsidTr="00CE0765">
        <w:trPr>
          <w:trHeight w:val="420"/>
        </w:trPr>
        <w:tc>
          <w:tcPr>
            <w:tcW w:w="1668" w:type="dxa"/>
            <w:vAlign w:val="center"/>
          </w:tcPr>
          <w:p w14:paraId="1C536C96" w14:textId="77777777" w:rsidR="00CE0765" w:rsidRDefault="00CE0765" w:rsidP="000B7744">
            <w:pPr>
              <w:spacing w:after="0"/>
            </w:pPr>
          </w:p>
        </w:tc>
        <w:tc>
          <w:tcPr>
            <w:tcW w:w="1134" w:type="dxa"/>
            <w:vAlign w:val="center"/>
          </w:tcPr>
          <w:p w14:paraId="477988D7" w14:textId="77777777" w:rsidR="00CE0765" w:rsidRDefault="00CE0765" w:rsidP="000B7744">
            <w:pPr>
              <w:spacing w:after="0"/>
            </w:pPr>
          </w:p>
        </w:tc>
        <w:tc>
          <w:tcPr>
            <w:tcW w:w="1701" w:type="dxa"/>
            <w:vAlign w:val="center"/>
          </w:tcPr>
          <w:p w14:paraId="1C836B7C" w14:textId="77777777" w:rsidR="00CE0765" w:rsidRDefault="00CE0765" w:rsidP="000B7744">
            <w:pPr>
              <w:spacing w:after="0"/>
            </w:pPr>
          </w:p>
        </w:tc>
        <w:tc>
          <w:tcPr>
            <w:tcW w:w="6237" w:type="dxa"/>
            <w:vMerge/>
          </w:tcPr>
          <w:p w14:paraId="624B9371" w14:textId="77777777" w:rsidR="00CE0765" w:rsidRDefault="00CE0765" w:rsidP="000B7744">
            <w:pPr>
              <w:spacing w:after="0"/>
            </w:pPr>
          </w:p>
        </w:tc>
      </w:tr>
      <w:tr w:rsidR="00CE0765" w14:paraId="10052141" w14:textId="08643703" w:rsidTr="00CE0765">
        <w:trPr>
          <w:trHeight w:val="420"/>
        </w:trPr>
        <w:tc>
          <w:tcPr>
            <w:tcW w:w="1668" w:type="dxa"/>
            <w:vAlign w:val="center"/>
          </w:tcPr>
          <w:p w14:paraId="5C8F20FB" w14:textId="77777777" w:rsidR="00CE0765" w:rsidRDefault="00CE0765" w:rsidP="000B7744">
            <w:pPr>
              <w:spacing w:after="0"/>
            </w:pPr>
          </w:p>
        </w:tc>
        <w:tc>
          <w:tcPr>
            <w:tcW w:w="1134" w:type="dxa"/>
            <w:vAlign w:val="center"/>
          </w:tcPr>
          <w:p w14:paraId="79F13631" w14:textId="77777777" w:rsidR="00CE0765" w:rsidRDefault="00CE0765" w:rsidP="000B7744">
            <w:pPr>
              <w:spacing w:after="0"/>
            </w:pPr>
          </w:p>
        </w:tc>
        <w:tc>
          <w:tcPr>
            <w:tcW w:w="1701" w:type="dxa"/>
            <w:vAlign w:val="center"/>
          </w:tcPr>
          <w:p w14:paraId="35B8DD0E" w14:textId="77777777" w:rsidR="00CE0765" w:rsidRDefault="00CE0765" w:rsidP="000B7744">
            <w:pPr>
              <w:spacing w:after="0"/>
            </w:pPr>
          </w:p>
        </w:tc>
        <w:tc>
          <w:tcPr>
            <w:tcW w:w="6237" w:type="dxa"/>
            <w:vMerge/>
          </w:tcPr>
          <w:p w14:paraId="079F2338" w14:textId="77777777" w:rsidR="00CE0765" w:rsidRDefault="00CE0765" w:rsidP="000B7744">
            <w:pPr>
              <w:spacing w:after="0"/>
            </w:pPr>
          </w:p>
        </w:tc>
      </w:tr>
      <w:tr w:rsidR="00CE0765" w14:paraId="442B16D3" w14:textId="7F16C680" w:rsidTr="00CE0765">
        <w:trPr>
          <w:trHeight w:val="420"/>
        </w:trPr>
        <w:tc>
          <w:tcPr>
            <w:tcW w:w="1668" w:type="dxa"/>
            <w:vAlign w:val="center"/>
          </w:tcPr>
          <w:p w14:paraId="2FD972D0" w14:textId="77777777" w:rsidR="00CE0765" w:rsidRDefault="00CE0765" w:rsidP="000B7744">
            <w:pPr>
              <w:spacing w:after="0"/>
            </w:pPr>
          </w:p>
        </w:tc>
        <w:tc>
          <w:tcPr>
            <w:tcW w:w="1134" w:type="dxa"/>
            <w:vAlign w:val="center"/>
          </w:tcPr>
          <w:p w14:paraId="441651E1" w14:textId="77777777" w:rsidR="00CE0765" w:rsidRDefault="00CE0765" w:rsidP="000B7744">
            <w:pPr>
              <w:spacing w:after="0"/>
            </w:pPr>
          </w:p>
        </w:tc>
        <w:tc>
          <w:tcPr>
            <w:tcW w:w="1701" w:type="dxa"/>
            <w:vAlign w:val="center"/>
          </w:tcPr>
          <w:p w14:paraId="2750070C" w14:textId="77777777" w:rsidR="00CE0765" w:rsidRDefault="00CE0765" w:rsidP="000B7744">
            <w:pPr>
              <w:spacing w:after="0"/>
            </w:pPr>
          </w:p>
        </w:tc>
        <w:tc>
          <w:tcPr>
            <w:tcW w:w="6237" w:type="dxa"/>
            <w:vMerge/>
          </w:tcPr>
          <w:p w14:paraId="27CA0E51" w14:textId="77777777" w:rsidR="00CE0765" w:rsidRDefault="00CE0765" w:rsidP="000B7744">
            <w:pPr>
              <w:spacing w:after="0"/>
            </w:pPr>
          </w:p>
        </w:tc>
      </w:tr>
      <w:tr w:rsidR="00CE0765" w14:paraId="0BD6C30F" w14:textId="77777777" w:rsidTr="00CE0765">
        <w:trPr>
          <w:trHeight w:val="420"/>
        </w:trPr>
        <w:tc>
          <w:tcPr>
            <w:tcW w:w="1668" w:type="dxa"/>
            <w:vAlign w:val="center"/>
          </w:tcPr>
          <w:p w14:paraId="7743671A" w14:textId="77777777" w:rsidR="00CE0765" w:rsidRDefault="00CE0765" w:rsidP="000B7744">
            <w:pPr>
              <w:spacing w:after="0"/>
            </w:pPr>
          </w:p>
          <w:p w14:paraId="5A479A4A" w14:textId="77777777" w:rsidR="00CE0765" w:rsidRDefault="00CE0765" w:rsidP="000B7744">
            <w:pPr>
              <w:spacing w:after="0"/>
            </w:pPr>
          </w:p>
        </w:tc>
        <w:tc>
          <w:tcPr>
            <w:tcW w:w="1134" w:type="dxa"/>
            <w:vAlign w:val="center"/>
          </w:tcPr>
          <w:p w14:paraId="07F6E952" w14:textId="77777777" w:rsidR="00CE0765" w:rsidRDefault="00CE0765" w:rsidP="000B7744">
            <w:pPr>
              <w:spacing w:after="0"/>
            </w:pPr>
          </w:p>
        </w:tc>
        <w:tc>
          <w:tcPr>
            <w:tcW w:w="1701" w:type="dxa"/>
            <w:vAlign w:val="center"/>
          </w:tcPr>
          <w:p w14:paraId="26619980" w14:textId="77777777" w:rsidR="00CE0765" w:rsidRDefault="00CE0765" w:rsidP="000B7744">
            <w:pPr>
              <w:spacing w:after="0"/>
            </w:pPr>
          </w:p>
        </w:tc>
        <w:tc>
          <w:tcPr>
            <w:tcW w:w="6237" w:type="dxa"/>
            <w:vMerge/>
          </w:tcPr>
          <w:p w14:paraId="094A8B82" w14:textId="77777777" w:rsidR="00CE0765" w:rsidRDefault="00CE0765" w:rsidP="000B7744">
            <w:pPr>
              <w:spacing w:after="0"/>
            </w:pPr>
          </w:p>
        </w:tc>
      </w:tr>
    </w:tbl>
    <w:tbl>
      <w:tblPr>
        <w:tblpPr w:leftFromText="141" w:rightFromText="141" w:vertAnchor="text" w:horzAnchor="margin" w:tblpY="453"/>
        <w:tblW w:w="0" w:type="auto"/>
        <w:tblBorders>
          <w:top w:val="single" w:sz="5" w:space="0" w:color="C69A2B"/>
          <w:left w:val="single" w:sz="5" w:space="0" w:color="C69A2B"/>
          <w:bottom w:val="single" w:sz="5" w:space="0" w:color="C69A2B"/>
          <w:right w:val="single" w:sz="5" w:space="0" w:color="C69A2B"/>
          <w:insideH w:val="single" w:sz="5" w:space="0" w:color="C69A2B"/>
          <w:insideV w:val="single" w:sz="5" w:space="0" w:color="C69A2B"/>
        </w:tblBorders>
        <w:tblLook w:val="04A0" w:firstRow="1" w:lastRow="0" w:firstColumn="1" w:lastColumn="0" w:noHBand="0" w:noVBand="1"/>
      </w:tblPr>
      <w:tblGrid>
        <w:gridCol w:w="5211"/>
      </w:tblGrid>
      <w:tr w:rsidR="00CE0765" w:rsidRPr="00CE0765" w14:paraId="03C4C718" w14:textId="77777777" w:rsidTr="00CE0765">
        <w:tc>
          <w:tcPr>
            <w:tcW w:w="5211" w:type="dxa"/>
            <w:shd w:val="clear" w:color="auto" w:fill="071D3B"/>
            <w:vAlign w:val="center"/>
          </w:tcPr>
          <w:p w14:paraId="71D4977F" w14:textId="77777777" w:rsidR="00CE0765" w:rsidRPr="00CE0765" w:rsidRDefault="00CE0765" w:rsidP="00CE0765">
            <w:pPr>
              <w:spacing w:after="0"/>
              <w:jc w:val="center"/>
              <w:rPr>
                <w:sz w:val="14"/>
              </w:rPr>
            </w:pPr>
            <w:r w:rsidRPr="00CE0765">
              <w:rPr>
                <w:b/>
                <w:color w:val="FFFFFF"/>
                <w:sz w:val="15"/>
              </w:rPr>
              <w:t>ALLERGENS</w:t>
            </w:r>
          </w:p>
        </w:tc>
      </w:tr>
      <w:tr w:rsidR="00CE0765" w:rsidRPr="00CE0765" w14:paraId="127F1626" w14:textId="77777777" w:rsidTr="00CE0765">
        <w:trPr>
          <w:trHeight w:val="386"/>
        </w:trPr>
        <w:tc>
          <w:tcPr>
            <w:tcW w:w="5211" w:type="dxa"/>
            <w:vAlign w:val="center"/>
          </w:tcPr>
          <w:p w14:paraId="2F16A32F" w14:textId="77777777" w:rsidR="00CE0765" w:rsidRPr="00CE0765" w:rsidRDefault="00CE0765" w:rsidP="00CE0765">
            <w:pPr>
              <w:spacing w:after="0"/>
              <w:rPr>
                <w:sz w:val="14"/>
              </w:rPr>
            </w:pPr>
          </w:p>
        </w:tc>
      </w:tr>
      <w:tr w:rsidR="00CE0765" w:rsidRPr="00CE0765" w14:paraId="6DA56004" w14:textId="77777777" w:rsidTr="00CE0765">
        <w:trPr>
          <w:trHeight w:val="386"/>
        </w:trPr>
        <w:tc>
          <w:tcPr>
            <w:tcW w:w="5211" w:type="dxa"/>
            <w:vAlign w:val="center"/>
          </w:tcPr>
          <w:p w14:paraId="30815BA4" w14:textId="77777777" w:rsidR="00CE0765" w:rsidRPr="00CE0765" w:rsidRDefault="00CE0765" w:rsidP="00CE0765">
            <w:pPr>
              <w:spacing w:after="0"/>
              <w:rPr>
                <w:sz w:val="14"/>
              </w:rPr>
            </w:pPr>
          </w:p>
        </w:tc>
      </w:tr>
    </w:tbl>
    <w:tbl>
      <w:tblPr>
        <w:tblpPr w:leftFromText="141" w:rightFromText="141" w:vertAnchor="text" w:horzAnchor="margin" w:tblpXSpec="right" w:tblpY="462"/>
        <w:tblW w:w="0" w:type="auto"/>
        <w:tblBorders>
          <w:top w:val="single" w:sz="5" w:space="0" w:color="C69A2B"/>
          <w:left w:val="single" w:sz="5" w:space="0" w:color="C69A2B"/>
          <w:bottom w:val="single" w:sz="5" w:space="0" w:color="C69A2B"/>
          <w:right w:val="single" w:sz="5" w:space="0" w:color="C69A2B"/>
          <w:insideH w:val="single" w:sz="5" w:space="0" w:color="C69A2B"/>
          <w:insideV w:val="single" w:sz="5" w:space="0" w:color="C69A2B"/>
        </w:tblBorders>
        <w:tblLook w:val="04A0" w:firstRow="1" w:lastRow="0" w:firstColumn="1" w:lastColumn="0" w:noHBand="0" w:noVBand="1"/>
      </w:tblPr>
      <w:tblGrid>
        <w:gridCol w:w="5211"/>
      </w:tblGrid>
      <w:tr w:rsidR="00CE0765" w14:paraId="666B5F78" w14:textId="77777777" w:rsidTr="00CE0765">
        <w:tc>
          <w:tcPr>
            <w:tcW w:w="5211" w:type="dxa"/>
            <w:shd w:val="clear" w:color="auto" w:fill="071D3B"/>
            <w:vAlign w:val="center"/>
          </w:tcPr>
          <w:p w14:paraId="3E6C93B5" w14:textId="77777777" w:rsidR="00CE0765" w:rsidRDefault="00CE0765" w:rsidP="00CE0765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SPECIAL TECHNIQUES / EQUIPMENT</w:t>
            </w:r>
          </w:p>
        </w:tc>
      </w:tr>
      <w:tr w:rsidR="00CE0765" w14:paraId="19BB67DC" w14:textId="77777777" w:rsidTr="00CE0765">
        <w:trPr>
          <w:trHeight w:val="386"/>
        </w:trPr>
        <w:tc>
          <w:tcPr>
            <w:tcW w:w="5211" w:type="dxa"/>
            <w:vAlign w:val="center"/>
          </w:tcPr>
          <w:p w14:paraId="403A5AD5" w14:textId="77777777" w:rsidR="00CE0765" w:rsidRDefault="00CE0765" w:rsidP="00CE0765">
            <w:pPr>
              <w:spacing w:after="0"/>
            </w:pPr>
          </w:p>
        </w:tc>
      </w:tr>
      <w:tr w:rsidR="00CE0765" w14:paraId="2D6EB442" w14:textId="77777777" w:rsidTr="00CE0765">
        <w:trPr>
          <w:trHeight w:val="386"/>
        </w:trPr>
        <w:tc>
          <w:tcPr>
            <w:tcW w:w="5211" w:type="dxa"/>
            <w:vAlign w:val="center"/>
          </w:tcPr>
          <w:p w14:paraId="458C2B87" w14:textId="77777777" w:rsidR="00CE0765" w:rsidRDefault="00CE0765" w:rsidP="00CE0765">
            <w:pPr>
              <w:spacing w:after="0"/>
            </w:pPr>
          </w:p>
        </w:tc>
      </w:tr>
    </w:tbl>
    <w:tbl>
      <w:tblPr>
        <w:tblpPr w:leftFromText="141" w:rightFromText="141" w:vertAnchor="text" w:horzAnchor="margin" w:tblpY="1902"/>
        <w:tblW w:w="10740" w:type="dxa"/>
        <w:tblBorders>
          <w:top w:val="single" w:sz="5" w:space="0" w:color="C69A2B"/>
          <w:left w:val="single" w:sz="5" w:space="0" w:color="C69A2B"/>
          <w:bottom w:val="single" w:sz="5" w:space="0" w:color="C69A2B"/>
          <w:right w:val="single" w:sz="5" w:space="0" w:color="C69A2B"/>
          <w:insideH w:val="single" w:sz="5" w:space="0" w:color="C69A2B"/>
          <w:insideV w:val="single" w:sz="5" w:space="0" w:color="C69A2B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180"/>
        <w:gridCol w:w="2778"/>
        <w:gridCol w:w="2406"/>
      </w:tblGrid>
      <w:tr w:rsidR="00CE0765" w:rsidRPr="00CE0765" w14:paraId="057023BE" w14:textId="77777777" w:rsidTr="00CE0765">
        <w:trPr>
          <w:trHeight w:val="397"/>
        </w:trPr>
        <w:tc>
          <w:tcPr>
            <w:tcW w:w="2376" w:type="dxa"/>
            <w:shd w:val="clear" w:color="auto" w:fill="F6F2E8"/>
            <w:vAlign w:val="center"/>
          </w:tcPr>
          <w:p w14:paraId="3CA9754F" w14:textId="77777777" w:rsidR="00CE0765" w:rsidRPr="00CE0765" w:rsidRDefault="00CE0765" w:rsidP="00CE0765">
            <w:pPr>
              <w:spacing w:after="0"/>
              <w:rPr>
                <w:sz w:val="14"/>
              </w:rPr>
            </w:pPr>
            <w:r w:rsidRPr="00CE0765">
              <w:rPr>
                <w:b/>
                <w:color w:val="071D3B"/>
                <w:sz w:val="13"/>
              </w:rPr>
              <w:t>COMPETITOR / TEAM CAPTAIN</w:t>
            </w:r>
          </w:p>
        </w:tc>
        <w:tc>
          <w:tcPr>
            <w:tcW w:w="3180" w:type="dxa"/>
            <w:vAlign w:val="center"/>
          </w:tcPr>
          <w:p w14:paraId="4C063D87" w14:textId="77777777" w:rsidR="00CE0765" w:rsidRPr="00CE0765" w:rsidRDefault="00CE0765" w:rsidP="00CE0765">
            <w:pPr>
              <w:spacing w:after="0"/>
              <w:rPr>
                <w:sz w:val="14"/>
              </w:rPr>
            </w:pPr>
            <w:r w:rsidRPr="00CE0765">
              <w:rPr>
                <w:color w:val="202A35"/>
                <w:sz w:val="13"/>
              </w:rPr>
              <w:t>________________________</w:t>
            </w:r>
          </w:p>
        </w:tc>
        <w:tc>
          <w:tcPr>
            <w:tcW w:w="2778" w:type="dxa"/>
            <w:shd w:val="clear" w:color="auto" w:fill="F6F2E8"/>
            <w:vAlign w:val="center"/>
          </w:tcPr>
          <w:p w14:paraId="2673381D" w14:textId="77777777" w:rsidR="00CE0765" w:rsidRPr="00CE0765" w:rsidRDefault="00CE0765" w:rsidP="00CE0765">
            <w:pPr>
              <w:spacing w:after="0"/>
              <w:rPr>
                <w:sz w:val="14"/>
              </w:rPr>
            </w:pPr>
            <w:r w:rsidRPr="00CE0765">
              <w:rPr>
                <w:b/>
                <w:color w:val="071D3B"/>
                <w:sz w:val="13"/>
              </w:rPr>
              <w:t>TEACHER / MENTOR</w:t>
            </w:r>
          </w:p>
        </w:tc>
        <w:tc>
          <w:tcPr>
            <w:tcW w:w="2406" w:type="dxa"/>
            <w:vAlign w:val="center"/>
          </w:tcPr>
          <w:p w14:paraId="2D3C82BC" w14:textId="77777777" w:rsidR="00CE0765" w:rsidRPr="00CE0765" w:rsidRDefault="00CE0765" w:rsidP="00CE0765">
            <w:pPr>
              <w:spacing w:after="0"/>
              <w:rPr>
                <w:sz w:val="14"/>
              </w:rPr>
            </w:pPr>
            <w:r w:rsidRPr="00CE0765">
              <w:rPr>
                <w:color w:val="202A35"/>
                <w:sz w:val="13"/>
              </w:rPr>
              <w:t>________________________</w:t>
            </w:r>
          </w:p>
        </w:tc>
      </w:tr>
      <w:tr w:rsidR="00CE0765" w:rsidRPr="00CE0765" w14:paraId="20C5FBDE" w14:textId="77777777" w:rsidTr="00CE0765">
        <w:trPr>
          <w:trHeight w:val="397"/>
        </w:trPr>
        <w:tc>
          <w:tcPr>
            <w:tcW w:w="2376" w:type="dxa"/>
            <w:shd w:val="clear" w:color="auto" w:fill="F6F2E8"/>
            <w:vAlign w:val="center"/>
          </w:tcPr>
          <w:p w14:paraId="3A17E167" w14:textId="77777777" w:rsidR="00CE0765" w:rsidRPr="00CE0765" w:rsidRDefault="00CE0765" w:rsidP="00CE0765">
            <w:pPr>
              <w:spacing w:after="0"/>
              <w:rPr>
                <w:sz w:val="14"/>
              </w:rPr>
            </w:pPr>
            <w:r w:rsidRPr="00CE0765">
              <w:rPr>
                <w:b/>
                <w:color w:val="071D3B"/>
                <w:sz w:val="13"/>
              </w:rPr>
              <w:t>SIGNATURE / DATE</w:t>
            </w:r>
          </w:p>
        </w:tc>
        <w:tc>
          <w:tcPr>
            <w:tcW w:w="3180" w:type="dxa"/>
            <w:vAlign w:val="center"/>
          </w:tcPr>
          <w:p w14:paraId="412EFACB" w14:textId="77777777" w:rsidR="00CE0765" w:rsidRPr="00CE0765" w:rsidRDefault="00CE0765" w:rsidP="00CE0765">
            <w:pPr>
              <w:spacing w:after="0"/>
              <w:rPr>
                <w:sz w:val="14"/>
              </w:rPr>
            </w:pPr>
            <w:r w:rsidRPr="00CE0765">
              <w:rPr>
                <w:color w:val="202A35"/>
                <w:sz w:val="13"/>
              </w:rPr>
              <w:t>________________________</w:t>
            </w:r>
          </w:p>
        </w:tc>
        <w:tc>
          <w:tcPr>
            <w:tcW w:w="2778" w:type="dxa"/>
            <w:shd w:val="clear" w:color="auto" w:fill="F6F2E8"/>
            <w:vAlign w:val="center"/>
          </w:tcPr>
          <w:p w14:paraId="4258176F" w14:textId="77777777" w:rsidR="00CE0765" w:rsidRPr="00CE0765" w:rsidRDefault="00CE0765" w:rsidP="00CE0765">
            <w:pPr>
              <w:spacing w:after="0"/>
              <w:rPr>
                <w:sz w:val="14"/>
              </w:rPr>
            </w:pPr>
            <w:r w:rsidRPr="00CE0765">
              <w:rPr>
                <w:b/>
                <w:color w:val="071D3B"/>
                <w:sz w:val="13"/>
              </w:rPr>
              <w:t>SIGNATURE / DATE</w:t>
            </w:r>
          </w:p>
        </w:tc>
        <w:tc>
          <w:tcPr>
            <w:tcW w:w="2406" w:type="dxa"/>
            <w:vAlign w:val="center"/>
          </w:tcPr>
          <w:p w14:paraId="4887E76C" w14:textId="77777777" w:rsidR="00CE0765" w:rsidRPr="00CE0765" w:rsidRDefault="00CE0765" w:rsidP="00CE0765">
            <w:pPr>
              <w:spacing w:after="0"/>
              <w:rPr>
                <w:sz w:val="14"/>
              </w:rPr>
            </w:pPr>
            <w:r w:rsidRPr="00CE0765">
              <w:rPr>
                <w:color w:val="202A35"/>
                <w:sz w:val="13"/>
              </w:rPr>
              <w:t>________________________</w:t>
            </w:r>
          </w:p>
        </w:tc>
      </w:tr>
    </w:tbl>
    <w:p w14:paraId="3BDFDE9C" w14:textId="42E6019C" w:rsidR="00E6325E" w:rsidRDefault="00CE0765" w:rsidP="00CE0765">
      <w:r>
        <w:rPr>
          <w:b/>
          <w:color w:val="071D3B"/>
          <w:sz w:val="13"/>
        </w:rPr>
        <w:t xml:space="preserve">DECLARATION: </w:t>
      </w:r>
      <w:r>
        <w:rPr>
          <w:color w:val="202A35"/>
          <w:sz w:val="13"/>
        </w:rPr>
        <w:t xml:space="preserve">I confirm that this recipe is complete and corresponds to the dish prepared under the </w:t>
      </w:r>
      <w:proofErr w:type="spellStart"/>
      <w:r>
        <w:rPr>
          <w:color w:val="202A35"/>
          <w:sz w:val="13"/>
        </w:rPr>
        <w:t>GastroErasmus</w:t>
      </w:r>
      <w:proofErr w:type="spellEnd"/>
      <w:r>
        <w:rPr>
          <w:color w:val="202A35"/>
          <w:sz w:val="13"/>
        </w:rPr>
        <w:t xml:space="preserve"> 2027 Competition Rules &amp; Technical Regulations</w:t>
      </w:r>
    </w:p>
    <w:sectPr w:rsidR="00E6325E" w:rsidSect="00034616">
      <w:footerReference w:type="default" r:id="rId10"/>
      <w:pgSz w:w="11906" w:h="16838"/>
      <w:pgMar w:top="567" w:right="680" w:bottom="567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6494C" w14:textId="77777777" w:rsidR="00E6325E" w:rsidRDefault="00E6325E">
      <w:pPr>
        <w:spacing w:after="0" w:line="240" w:lineRule="auto"/>
      </w:pPr>
      <w:r>
        <w:separator/>
      </w:r>
    </w:p>
  </w:endnote>
  <w:endnote w:type="continuationSeparator" w:id="0">
    <w:p w14:paraId="164A5C34" w14:textId="77777777" w:rsidR="00E6325E" w:rsidRDefault="00E63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002A8" w14:textId="77777777" w:rsidR="00114EE1" w:rsidRDefault="00000000">
    <w:pPr>
      <w:pStyle w:val="AltBilgi"/>
      <w:jc w:val="center"/>
    </w:pPr>
    <w:r>
      <w:rPr>
        <w:color w:val="071D3B"/>
        <w:sz w:val="14"/>
      </w:rPr>
      <w:t xml:space="preserve">ERA Alliance | www.eraalliance.org     •     </w:t>
    </w:r>
    <w:proofErr w:type="spellStart"/>
    <w:r>
      <w:rPr>
        <w:color w:val="071D3B"/>
        <w:sz w:val="14"/>
      </w:rPr>
      <w:t>GastroErasmus</w:t>
    </w:r>
    <w:proofErr w:type="spellEnd"/>
    <w:r>
      <w:rPr>
        <w:color w:val="071D3B"/>
        <w:sz w:val="14"/>
      </w:rPr>
      <w:t xml:space="preserve"> 2027 | gastroerasmus.com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F184D" w14:textId="77777777" w:rsidR="00E6325E" w:rsidRDefault="00E6325E">
      <w:pPr>
        <w:spacing w:after="0" w:line="240" w:lineRule="auto"/>
      </w:pPr>
      <w:r>
        <w:separator/>
      </w:r>
    </w:p>
  </w:footnote>
  <w:footnote w:type="continuationSeparator" w:id="0">
    <w:p w14:paraId="7BC78C07" w14:textId="77777777" w:rsidR="00E6325E" w:rsidRDefault="00E632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622819">
    <w:abstractNumId w:val="8"/>
  </w:num>
  <w:num w:numId="2" w16cid:durableId="1594627638">
    <w:abstractNumId w:val="6"/>
  </w:num>
  <w:num w:numId="3" w16cid:durableId="219024660">
    <w:abstractNumId w:val="5"/>
  </w:num>
  <w:num w:numId="4" w16cid:durableId="1601595836">
    <w:abstractNumId w:val="4"/>
  </w:num>
  <w:num w:numId="5" w16cid:durableId="165945915">
    <w:abstractNumId w:val="7"/>
  </w:num>
  <w:num w:numId="6" w16cid:durableId="1608077163">
    <w:abstractNumId w:val="3"/>
  </w:num>
  <w:num w:numId="7" w16cid:durableId="2013683256">
    <w:abstractNumId w:val="2"/>
  </w:num>
  <w:num w:numId="8" w16cid:durableId="1589734135">
    <w:abstractNumId w:val="1"/>
  </w:num>
  <w:num w:numId="9" w16cid:durableId="1310786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4EE1"/>
    <w:rsid w:val="0015074B"/>
    <w:rsid w:val="0029639D"/>
    <w:rsid w:val="00326F90"/>
    <w:rsid w:val="004A49A8"/>
    <w:rsid w:val="00AA1D8D"/>
    <w:rsid w:val="00B47730"/>
    <w:rsid w:val="00CB0664"/>
    <w:rsid w:val="00CE0765"/>
    <w:rsid w:val="00E6325E"/>
    <w:rsid w:val="00FA708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AEFBD9"/>
  <w14:defaultImageDpi w14:val="300"/>
  <w15:docId w15:val="{836FC805-F282-4C7B-AEE4-7527CAE83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onur arslan</cp:lastModifiedBy>
  <cp:revision>2</cp:revision>
  <dcterms:created xsi:type="dcterms:W3CDTF">2026-08-29T23:40:00Z</dcterms:created>
  <dcterms:modified xsi:type="dcterms:W3CDTF">2026-08-29T23:40:00Z</dcterms:modified>
  <cp:category/>
</cp:coreProperties>
</file>